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35E0DC63" wp14:textId="77777777">
      <w:pPr>
        <w:spacing w:before="200" w:after="40"/>
      </w:pPr>
      <w:r>
        <w:rPr>
          <w:rFonts w:ascii="Arial" w:hAnsi="Arial" w:eastAsia="Noto Sans CJK SC"/>
          <w:b/>
          <w:color w:val="0B1220"/>
          <w:sz w:val="36"/>
          <w:noProof/>
        </w:rPr>
        <w:t>商业调研需求表</w:t>
      </w:r>
    </w:p>
    <w:p xmlns:wp14="http://schemas.microsoft.com/office/word/2010/wordml" w14:paraId="580851DA" wp14:textId="77777777">
      <w:pPr>
        <w:spacing w:after="160"/>
      </w:pPr>
      <w:r>
        <w:rPr>
          <w:rFonts w:ascii="Arial" w:hAnsi="Arial" w:eastAsia="Noto Sans CJK SC"/>
          <w:b w:val="0"/>
          <w:color w:val="5B6775"/>
          <w:sz w:val="18"/>
          <w:noProof/>
        </w:rPr>
        <w:t>用于市场机会、竞争对手、商业模式、行业风险与跨境可行性调研。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65CE12B1" wp14:textId="77777777">
        <w:trPr>
          <w:cantSplit/>
        </w:trPr>
        <w:tc>
          <w:tcPr>
            <w:tcW w:w="10080" w:type="dxa"/>
            <w:shd w:fill="EAF4F7"/>
            <w:tcBorders>
              <w:top w:val="single" w:color="C9D6DE" w:sz="6"/>
              <w:left w:val="single" w:color="C9D6DE" w:sz="6"/>
              <w:bottom w:val="single" w:color="C9D6DE" w:sz="6"/>
              <w:right w:val="single" w:color="C9D6DE" w:sz="6"/>
            </w:tcBorders>
          </w:tcPr>
          <w:p w14:paraId="5E81F62D" wp14:textId="77777777">
            <w:pPr>
              <w:spacing w:after="20" w:line="245" w:lineRule="auto"/>
            </w:pPr>
            <w:r>
              <w:rPr>
                <w:rFonts w:ascii="Arial" w:hAnsi="Arial" w:eastAsia="Noto Sans CJK SC"/>
                <w:b/>
                <w:color w:val="146E8A"/>
                <w:sz w:val="19"/>
                <w:noProof/>
              </w:rPr>
              <w:t>填写说明</w:t>
            </w:r>
          </w:p>
          <w:p w14:paraId="79654C23" wp14:textId="77777777">
            <w:pPr>
              <w:spacing w:after="0" w:line="245" w:lineRule="auto"/>
            </w:pP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>本表用于报价前范围确认。填写越清楚，越有助于准确确认调研范围、交付深度、时间与价格。</w:t>
            </w:r>
          </w:p>
        </w:tc>
      </w:tr>
    </w:tbl>
    <w:p xmlns:wp14="http://schemas.microsoft.com/office/word/2010/wordml" w14:paraId="672A6659" wp14:textId="77777777"/>
    <w:p xmlns:wp14="http://schemas.microsoft.com/office/word/2010/wordml" w14:paraId="096536B2" wp14:textId="77777777">
      <w:pPr>
        <w:spacing w:before="120" w:after="6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一、客户与项目背景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:rsidTr="503AA580" w14:paraId="522EFCD2" wp14:textId="77777777">
        <w:trPr>
          <w:cantSplit/>
        </w:trPr>
        <w:tc>
          <w:tcPr>
            <w:tcW w:w="2951" w:type="dxa"/>
            <w:shd w:val="clear" w:color="auto"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  <w:tcMar/>
          </w:tcPr>
          <w:p w14:paraId="72C050D4" wp14:textId="77777777">
            <w:pPr>
              <w:spacing w:before="0" w:after="0" w:line="245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val="clear" w:color="auto"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  <w:tcMar/>
          </w:tcPr>
          <w:p w14:paraId="5F630837" wp14:textId="77777777">
            <w:pPr>
              <w:spacing w:before="0" w:after="0" w:line="245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:rsidTr="503AA580" w14:paraId="72FCB579" wp14:textId="77777777">
        <w:trPr>
          <w:trHeight w:val="432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432E219C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客户 / 公司名称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0A37501D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503AA580" w14:paraId="5C815EAE" wp14:textId="77777777">
        <w:trPr>
          <w:trHeight w:val="432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43888B87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行业 / 领域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5DAB6C7B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503AA580" w14:paraId="15728EF2" wp14:textId="77777777">
        <w:trPr>
          <w:trHeight w:val="619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5297B37C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公司阶段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580E1087" wp14:textId="5D54CD1C">
            <w:pPr>
              <w:spacing w:before="0" w:after="0" w:line="245" w:lineRule="auto"/>
            </w:pPr>
            <w:sdt>
              <w:sdtPr>
                <w:id w:val="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1023"/>
                <w:tag w:val="oa_cb_1023"/>
              </w:sdtPr>
              <w:sdtContent>
                <w:r w:rsidRPr="503AA580" w:rsidR="503AA580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03AA580" w:rsidR="503AA580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创意阶段</w:t>
            </w:r>
            <w:r w:rsidR="503AA580">
              <w:rPr/>
              <w:t xml:space="preserve">    </w:t>
            </w:r>
            <w:sdt>
              <w:sdtPr>
                <w:id w:val="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1024"/>
                <w:tag w:val="oa_cb_1024"/>
              </w:sdtPr>
              <w:sdtContent>
                <w:r w:rsidRPr="503AA580" w:rsidR="503AA580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03AA580" w:rsidR="503AA580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初创</w:t>
            </w:r>
            <w:r>
              <w:br/>
            </w:r>
            <w:sdt>
              <w:sdtPr>
                <w:id w:val="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1025"/>
                <w:tag w:val="oa_cb_1025"/>
              </w:sdtPr>
              <w:sdtContent>
                <w:r w:rsidRPr="503AA580" w:rsidR="503AA580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03AA580" w:rsidR="503AA580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已运营</w:t>
            </w:r>
            <w:r w:rsidR="503AA580">
              <w:rPr/>
              <w:t xml:space="preserve">       </w:t>
            </w:r>
            <w:sdt>
              <w:sdtPr>
                <w:id w:val="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1026"/>
                <w:tag w:val="oa_cb_1026"/>
              </w:sdtPr>
              <w:sdtContent>
                <w:r w:rsidRPr="503AA580" w:rsidR="503AA580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03AA580" w:rsidR="503AA580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扩张</w:t>
            </w:r>
            <w:r>
              <w:br/>
            </w:r>
            <w:sdt>
              <w:sdtPr>
                <w:id w:val="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1027"/>
                <w:tag w:val="oa_cb_1027"/>
              </w:sdtPr>
              <w:sdtContent>
                <w:r w:rsidRPr="503AA580" w:rsidR="503AA580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03AA580" w:rsidR="503AA580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投资评估</w:t>
            </w:r>
            <w:r w:rsidR="503AA580">
              <w:rPr/>
              <w:t xml:space="preserve">    </w:t>
            </w:r>
            <w:sdt>
              <w:sdtPr>
                <w:id w:val="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1028"/>
                <w:tag w:val="oa_cb_1028"/>
              </w:sdtPr>
              <w:sdtContent>
                <w:r w:rsidRPr="503AA580" w:rsidR="503AA580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03AA580" w:rsidR="503AA580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其他</w:t>
            </w:r>
          </w:p>
        </w:tc>
      </w:tr>
      <w:tr xmlns:wp14="http://schemas.microsoft.com/office/word/2010/wordml" w:rsidTr="503AA580" w14:paraId="292284EF" wp14:textId="77777777">
        <w:trPr>
          <w:trHeight w:val="432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558ADAD4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目标客户或目标市场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02EB378F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503AA580" w14:paraId="7436F0BB" wp14:textId="77777777">
        <w:trPr>
          <w:trHeight w:val="432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3EB19A3E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已有产品 / 服务简介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6A05A809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503AA580" w14:paraId="567968BD" wp14:textId="77777777">
        <w:trPr>
          <w:trHeight w:val="432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46DA4E69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现有网站 / 店铺 / 社媒链接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5A39BBE3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</w:tbl>
    <w:p xmlns:wp14="http://schemas.microsoft.com/office/word/2010/wordml" w14:paraId="41C8F396" wp14:textId="77777777"/>
    <w:p xmlns:wp14="http://schemas.microsoft.com/office/word/2010/wordml" w14:paraId="64F6A661" wp14:textId="77777777">
      <w:pPr>
        <w:spacing w:before="120" w:after="6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二、核心调研问题</w:t>
      </w:r>
    </w:p>
    <w:p xmlns:wp14="http://schemas.microsoft.com/office/word/2010/wordml" w14:paraId="049BEB2E" wp14:textId="5A6AD14C">
      <w:pPr>
        <w:spacing w:before="0" w:after="40" w:line="240" w:lineRule="auto"/>
      </w:pPr>
      <w:r w:rsidRPr="503AA580" w:rsidR="503AA580">
        <w:rPr>
          <w:rFonts w:ascii="Arial" w:hAnsi="Arial" w:eastAsia="Noto Sans CJK SC"/>
          <w:b w:val="1"/>
          <w:bCs w:val="1"/>
          <w:color w:val="0B1220"/>
          <w:sz w:val="19"/>
          <w:szCs w:val="19"/>
        </w:rPr>
        <w:t>请用一句话描述你最想调研的问题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72A3D3EC" wp14:textId="77777777">
        <w:trPr>
          <w:trHeight w:val="691" w:hRule="atLeast"/>
          <w:cantSplit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</w:tcPr>
          <w:p w14:paraId="0D0B940D" wp14:textId="77777777">
            <w:pPr>
              <w:spacing w:after="0"/>
            </w:pPr>
            <w:r>
              <w:br/>
            </w:r>
            <w:r>
              <w:br/>
            </w:r>
          </w:p>
        </w:tc>
      </w:tr>
    </w:tbl>
    <w:p xmlns:wp14="http://schemas.microsoft.com/office/word/2010/wordml" w14:paraId="0E27B00A" wp14:textId="77777777"/>
    <w:p xmlns:wp14="http://schemas.microsoft.com/office/word/2010/wordml" w14:paraId="5B02F355" wp14:textId="77777777">
      <w:pPr>
        <w:spacing w:before="0" w:after="40" w:line="240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希望调研帮助你做出什么决策？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60061E4C" wp14:textId="77777777">
        <w:trPr>
          <w:trHeight w:val="835" w:hRule="atLeast"/>
          <w:cantSplit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</w:tcPr>
          <w:p w14:paraId="44EAFD9C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4B94D5A5" wp14:textId="77777777"/>
    <w:p xmlns:wp14="http://schemas.microsoft.com/office/word/2010/wordml" w14:paraId="30C70FEB" wp14:textId="77777777">
      <w:pPr>
        <w:spacing w:before="0" w:after="40" w:line="240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三个最重要的调研目标</w:t>
      </w:r>
    </w:p>
    <w:p xmlns:wp14="http://schemas.microsoft.com/office/word/2010/wordml" w14:paraId="1FCB0DF5" wp14:textId="77777777">
      <w:pPr>
        <w:spacing w:before="0" w:after="40" w:line="240" w:lineRule="auto"/>
      </w:pPr>
      <w:r>
        <w:rPr>
          <w:rFonts w:ascii="Arial" w:hAnsi="Arial" w:eastAsia="Noto Sans CJK SC"/>
          <w:b w:val="0"/>
          <w:color w:val="5B6775"/>
          <w:sz w:val="16"/>
          <w:noProof/>
        </w:rPr>
        <w:t>建议按优先级列出。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3DEEC669" wp14:textId="77777777">
        <w:trPr>
          <w:trHeight w:val="950" w:hRule="atLeast"/>
          <w:cantSplit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</w:tcPr>
          <w:p w14:paraId="3656B9AB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45FB0818" wp14:textId="77777777"/>
    <w:p xmlns:wp14="http://schemas.microsoft.com/office/word/2010/wordml" w14:paraId="049F31CB" wp14:textId="77777777">
      <w:r>
        <w:br w:type="page"/>
      </w:r>
    </w:p>
    <w:p w:rsidR="503AA580" w:rsidP="503AA580" w:rsidRDefault="503AA580" w14:paraId="577145BE" w14:textId="38CD6F26">
      <w:pPr>
        <w:spacing w:before="320" w:after="40" w:line="240" w:lineRule="auto"/>
        <w:rPr>
          <w:rFonts w:ascii="Arial" w:hAnsi="Arial" w:eastAsia="Noto Sans CJK SC"/>
          <w:b w:val="1"/>
          <w:bCs w:val="1"/>
          <w:color w:val="0B1220"/>
          <w:sz w:val="19"/>
          <w:szCs w:val="19"/>
        </w:rPr>
      </w:pPr>
    </w:p>
    <w:p xmlns:wp14="http://schemas.microsoft.com/office/word/2010/wordml" w14:paraId="1EEC4163" wp14:textId="77777777">
      <w:pPr>
        <w:spacing w:before="320" w:after="40" w:line="240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明确不在本次范围内的事项</w:t>
      </w:r>
    </w:p>
    <w:p xmlns:wp14="http://schemas.microsoft.com/office/word/2010/wordml" w14:paraId="252C3756" wp14:textId="77777777">
      <w:pPr>
        <w:spacing w:before="0" w:after="40" w:line="240" w:lineRule="auto"/>
      </w:pPr>
      <w:r>
        <w:rPr>
          <w:rFonts w:ascii="Arial" w:hAnsi="Arial" w:eastAsia="Noto Sans CJK SC"/>
          <w:b w:val="0"/>
          <w:color w:val="5B6775"/>
          <w:sz w:val="20"/>
          <w:noProof/>
        </w:rPr>
        <w:t>这有助于控制项目范围和报价。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53128261" wp14:textId="77777777">
        <w:trPr>
          <w:trHeight w:val="835" w:hRule="atLeast"/>
          <w:cantSplit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</w:tcPr>
          <w:p w14:paraId="62486C05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4101652C" wp14:textId="77777777"/>
    <w:p xmlns:wp14="http://schemas.microsoft.com/office/word/2010/wordml" w14:paraId="7EC09BF9" wp14:textId="77777777">
      <w:pPr>
        <w:spacing w:before="120" w:after="6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三、调研范围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14:paraId="622ABEF1" wp14:textId="77777777">
        <w:trPr>
          <w:cantSplit/>
        </w:trPr>
        <w:tc>
          <w:tcPr>
            <w:tcW w:w="2951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61753BFF" wp14:textId="77777777">
            <w:pPr>
              <w:spacing w:before="0" w:after="0" w:line="245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62CD4044" wp14:textId="77777777">
            <w:pPr>
              <w:spacing w:before="0" w:after="0" w:line="245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14:paraId="5C567B62" wp14:textId="77777777">
        <w:trPr>
          <w:trHeight w:val="432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20315793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目标国家 / 地区 / 城市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B99056E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7A905AEF" wp14:textId="77777777">
        <w:trPr>
          <w:trHeight w:val="432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19098EE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时间范围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1299C43A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22364C71" wp14:textId="77777777">
        <w:trPr>
          <w:trHeight w:val="432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57E1B357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需要比较的竞争对手 / 公司 / 案例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DDBEF00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</w:tbl>
    <w:p xmlns:wp14="http://schemas.microsoft.com/office/word/2010/wordml" w14:paraId="3461D779" wp14:textId="77777777"/>
    <w:p xmlns:wp14="http://schemas.microsoft.com/office/word/2010/wordml" w14:paraId="1854C609" wp14:textId="77777777">
      <w:pPr>
        <w:spacing w:before="0" w:after="40" w:line="240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需要覆盖的维度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2613"/>
        <w:gridCol w:w="2613"/>
        <w:gridCol w:w="2613"/>
        <w:gridCol w:w="2613"/>
      </w:tblGrid>
      <w:tr xmlns:wp14="http://schemas.microsoft.com/office/word/2010/wordml" w14:paraId="40BF2EEE" wp14:textId="77777777">
        <w:trPr>
          <w:cantSplit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C01557E" wp14:textId="77777777">
            <w:pPr>
              <w:spacing w:after="20" w:line="245" w:lineRule="auto"/>
            </w:pPr>
            <w:sdt>
              <w:sdtPr>
                <w:alias w:val="oa_cb_1029"/>
                <w:tag w:val="oa_cb_1029"/>
                <w:id w:val="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市场规模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DCCBF96" wp14:textId="77777777">
            <w:pPr>
              <w:spacing w:after="20" w:line="245" w:lineRule="auto"/>
            </w:pPr>
            <w:sdt>
              <w:sdtPr>
                <w:alias w:val="oa_cb_1030"/>
                <w:tag w:val="oa_cb_1030"/>
                <w:id w:val="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客户需求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34C08E9" wp14:textId="77777777">
            <w:pPr>
              <w:spacing w:after="20" w:line="245" w:lineRule="auto"/>
            </w:pPr>
            <w:sdt>
              <w:sdtPr>
                <w:alias w:val="oa_cb_1031"/>
                <w:tag w:val="oa_cb_1031"/>
                <w:id w:val="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定价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92AE1CF" wp14:textId="77777777">
            <w:pPr>
              <w:spacing w:after="20" w:line="245" w:lineRule="auto"/>
            </w:pPr>
            <w:sdt>
              <w:sdtPr>
                <w:alias w:val="oa_cb_1032"/>
                <w:tag w:val="oa_cb_1032"/>
                <w:id w:val="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获客渠道</w:t>
            </w:r>
          </w:p>
        </w:tc>
      </w:tr>
      <w:tr xmlns:wp14="http://schemas.microsoft.com/office/word/2010/wordml" w14:paraId="0D9B21A6" wp14:textId="77777777">
        <w:trPr>
          <w:cantSplit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A710DA1" wp14:textId="77777777">
            <w:pPr>
              <w:spacing w:after="20" w:line="245" w:lineRule="auto"/>
            </w:pPr>
            <w:sdt>
              <w:sdtPr>
                <w:alias w:val="oa_cb_1033"/>
                <w:tag w:val="oa_cb_1033"/>
                <w:id w:val="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商业模式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D8A05AF" wp14:textId="77777777">
            <w:pPr>
              <w:spacing w:after="20" w:line="245" w:lineRule="auto"/>
            </w:pPr>
            <w:sdt>
              <w:sdtPr>
                <w:alias w:val="oa_cb_1034"/>
                <w:tag w:val="oa_cb_1034"/>
                <w:id w:val="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风险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18E302A" wp14:textId="77777777">
            <w:pPr>
              <w:spacing w:after="20" w:line="245" w:lineRule="auto"/>
            </w:pPr>
            <w:sdt>
              <w:sdtPr>
                <w:alias w:val="oa_cb_1035"/>
                <w:tag w:val="oa_cb_1035"/>
                <w:id w:val="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政策/合规背景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31E4EF0" wp14:textId="77777777">
            <w:pPr>
              <w:spacing w:after="20" w:line="245" w:lineRule="auto"/>
            </w:pPr>
            <w:sdt>
              <w:sdtPr>
                <w:alias w:val="oa_cb_1036"/>
                <w:tag w:val="oa_cb_1036"/>
                <w:id w:val="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其他</w:t>
            </w:r>
          </w:p>
        </w:tc>
      </w:tr>
    </w:tbl>
    <w:p xmlns:wp14="http://schemas.microsoft.com/office/word/2010/wordml" w14:paraId="3CF2D8B6" wp14:textId="77777777"/>
    <w:p xmlns:wp14="http://schemas.microsoft.com/office/word/2010/wordml" w14:paraId="545EBE6B" wp14:textId="77777777">
      <w:pPr>
        <w:spacing w:before="0" w:after="40" w:line="240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必须引用或必须排除的来源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0FB78278" wp14:textId="77777777">
        <w:trPr>
          <w:trHeight w:val="648" w:hRule="atLeast"/>
          <w:cantSplit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</w:tcPr>
          <w:p w14:paraId="1FC39945" wp14:textId="77777777">
            <w:pPr>
              <w:spacing w:after="0"/>
            </w:pPr>
            <w:r>
              <w:br/>
            </w:r>
            <w:r>
              <w:br/>
            </w:r>
          </w:p>
        </w:tc>
      </w:tr>
    </w:tbl>
    <w:p xmlns:wp14="http://schemas.microsoft.com/office/word/2010/wordml" w14:paraId="0562CB0E" wp14:textId="77777777"/>
    <w:p xmlns:wp14="http://schemas.microsoft.com/office/word/2010/wordml" w14:paraId="594D665A" wp14:textId="77777777">
      <w:pPr>
        <w:spacing w:before="120" w:after="6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四、交付要求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14:paraId="20155D5D" wp14:textId="77777777">
        <w:trPr>
          <w:cantSplit/>
        </w:trPr>
        <w:tc>
          <w:tcPr>
            <w:tcW w:w="2951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433E09AC" wp14:textId="77777777">
            <w:pPr>
              <w:spacing w:before="0" w:after="0" w:line="245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1499ABE8" wp14:textId="77777777">
            <w:pPr>
              <w:spacing w:before="0" w:after="0" w:line="245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14:paraId="186163C5" wp14:textId="77777777">
        <w:trPr>
          <w:trHeight w:val="432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1FAEF887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交付语言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47385B2" wp14:textId="77777777">
            <w:pPr>
              <w:spacing w:before="0" w:after="0" w:line="245" w:lineRule="auto"/>
            </w:pPr>
            <w:sdt>
              <w:sdtPr>
                <w:alias w:val="oa_cb_1037"/>
                <w:tag w:val="oa_cb_1037"/>
                <w:id w:val="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中文</w:t>
            </w:r>
            <w:r>
              <w:t xml:space="preserve">    </w:t>
            </w:r>
            <w:sdt>
              <w:sdtPr>
                <w:alias w:val="oa_cb_1038"/>
                <w:tag w:val="oa_cb_1038"/>
                <w:id w:val="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中英双语</w:t>
            </w:r>
          </w:p>
        </w:tc>
      </w:tr>
      <w:tr xmlns:wp14="http://schemas.microsoft.com/office/word/2010/wordml" w14:paraId="4E35D69D" wp14:textId="77777777">
        <w:trPr>
          <w:trHeight w:val="648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3F1F1992" wp14:textId="77777777">
            <w:pPr>
              <w:spacing w:before="0" w:after="0" w:line="245" w:lineRule="auto"/>
            </w:pPr>
            <w:r/>
            <w:r>
              <w:rPr>
                <w:b/>
                <w:sz w:val="21"/>
              </w:rPr>
              <w:t>文件格式 / 附件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14474149" wp14:textId="77777777">
            <w:pPr>
              <w:spacing w:before="0" w:after="0" w:line="245" w:lineRule="auto"/>
            </w:pPr>
            <w:sdt>
              <w:sdtPr>
                <w:alias w:val="oa_cb_1039"/>
                <w:tag w:val="oa_cb_1039"/>
                <w:id w:val="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PDF 终稿</w:t>
            </w:r>
            <w:r>
              <w:t xml:space="preserve">    </w:t>
            </w:r>
            <w:sdt>
              <w:sdtPr>
                <w:alias w:val="oa_cb_1040"/>
                <w:tag w:val="oa_cb_1040"/>
                <w:id w:val="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DOCX 可编辑稿</w:t>
            </w:r>
            <w:r>
              <w:br/>
            </w:r>
            <w:sdt>
              <w:sdtPr>
                <w:alias w:val="oa_cb_1041"/>
                <w:tag w:val="oa_cb_1041"/>
                <w:id w:val="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数据附件</w:t>
            </w:r>
            <w:r>
              <w:t xml:space="preserve">    </w:t>
            </w:r>
            <w:sdt>
              <w:sdtPr>
                <w:alias w:val="oa_cb_1042"/>
                <w:tag w:val="oa_cb_1042"/>
                <w:id w:val="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来源清单</w:t>
            </w:r>
          </w:p>
        </w:tc>
      </w:tr>
      <w:tr xmlns:wp14="http://schemas.microsoft.com/office/word/2010/wordml" w14:paraId="30CF7006" wp14:textId="77777777">
        <w:trPr>
          <w:trHeight w:val="835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8D56E0B" wp14:textId="77777777">
            <w:pPr>
              <w:spacing w:before="0" w:after="0" w:line="245" w:lineRule="auto"/>
            </w:pPr>
            <w:r/>
            <w:r>
              <w:rPr>
                <w:b/>
                <w:sz w:val="21"/>
              </w:rPr>
              <w:t>期望交付深度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7B294123" wp14:textId="77777777">
            <w:pPr>
              <w:spacing w:before="0" w:after="0" w:line="245" w:lineRule="auto"/>
            </w:pPr>
            <w:r/>
            <w:r>
              <w:rPr>
                <w:b w:val="0"/>
                <w:sz w:val="20"/>
              </w:rPr>
              <w:t>☐ 快速判断摘要    ☐ 标准调研报告</w:t>
            </w:r>
          </w:p>
          <w:p w14:paraId="15536F85" wp14:textId="77777777">
            <w:pPr>
              <w:spacing w:before="0" w:after="0" w:line="245" w:lineRule="auto"/>
            </w:pPr>
            <w:r/>
            <w:r>
              <w:rPr>
                <w:b w:val="0"/>
                <w:sz w:val="20"/>
              </w:rPr>
              <w:t>☐ 深度定制报告    ☐ 数据表 / 来源清单</w:t>
            </w:r>
          </w:p>
          <w:p w14:paraId="4DEAF3FE" wp14:textId="77777777">
            <w:pPr>
              <w:spacing w:before="0" w:after="0" w:line="245" w:lineRule="auto"/>
            </w:pPr>
            <w:r/>
            <w:r>
              <w:rPr>
                <w:b w:val="0"/>
                <w:sz w:val="20"/>
              </w:rPr>
              <w:t>☐ 对比矩阵 / 风险清单    ☐ 暂不确定 / 请协助判断</w:t>
            </w:r>
          </w:p>
        </w:tc>
      </w:tr>
      <w:tr xmlns:wp14="http://schemas.microsoft.com/office/word/2010/wordml" w14:paraId="2711BCD0" wp14:textId="77777777">
        <w:trPr>
          <w:trHeight w:val="389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0CDF4AF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期望交付日期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34CE0A41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099EB19E" wp14:textId="77777777">
        <w:trPr>
          <w:trHeight w:val="389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7D730CE3" wp14:textId="77777777">
            <w:pPr>
              <w:spacing w:before="0" w:after="0" w:line="245" w:lineRule="auto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预算范围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62EBF3C5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</w:tbl>
    <w:p xmlns:wp14="http://schemas.microsoft.com/office/word/2010/wordml" w14:paraId="6D98A12B" wp14:textId="77777777"/>
    <w:p xmlns:wp14="http://schemas.microsoft.com/office/word/2010/wordml" w14:paraId="532962B0" wp14:textId="77777777">
      <w:pPr>
        <w:spacing w:before="120" w:after="6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五、确认事项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20281D00" wp14:textId="77777777">
        <w:trPr>
          <w:trHeight w:val="317" w:hRule="atLeast"/>
          <w:cantSplit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058E2376" wp14:textId="77777777">
            <w:pPr>
              <w:spacing w:before="0" w:after="20" w:line="245" w:lineRule="auto"/>
            </w:pPr>
            <w:sdt>
              <w:sdtPr>
                <w:alias w:val="oa_cb_1046"/>
                <w:tag w:val="oa_cb_1046"/>
                <w:id w:val="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21"/>
                <w:noProof/>
              </w:rPr>
              <w:t xml:space="preserve"> 本项目结果用于调研与决策支持，不构成受监管专业意见。</w:t>
            </w:r>
          </w:p>
        </w:tc>
      </w:tr>
      <w:tr xmlns:wp14="http://schemas.microsoft.com/office/word/2010/wordml" w14:paraId="329EB7C8" wp14:textId="77777777">
        <w:trPr>
          <w:trHeight w:val="317" w:hRule="atLeast"/>
          <w:cantSplit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3474B0CE" wp14:textId="77777777">
            <w:pPr>
              <w:spacing w:before="0" w:after="20" w:line="245" w:lineRule="auto"/>
            </w:pPr>
            <w:sdt>
              <w:sdtPr>
                <w:alias w:val="oa_cb_1047"/>
                <w:tag w:val="oa_cb_1047"/>
                <w:id w:val="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21"/>
                <w:noProof/>
              </w:rPr>
              <w:t xml:space="preserve"> 我理解估算性数据需要在报告中标注限制。</w:t>
            </w:r>
          </w:p>
        </w:tc>
      </w:tr>
      <w:tr xmlns:wp14="http://schemas.microsoft.com/office/word/2010/wordml" w14:paraId="31DF279B" wp14:textId="77777777">
        <w:trPr>
          <w:trHeight w:val="317" w:hRule="atLeast"/>
          <w:cantSplit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3EA236A5" wp14:textId="77777777">
            <w:pPr>
              <w:spacing w:before="0" w:after="20" w:line="245" w:lineRule="auto"/>
            </w:pPr>
            <w:sdt>
              <w:sdtPr>
                <w:alias w:val="oa_cb_1048"/>
                <w:tag w:val="oa_cb_1048"/>
                <w:id w:val="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21"/>
                <w:noProof/>
              </w:rPr>
              <w:t xml:space="preserve"> 我理解新增调研方向或新增竞品可能需要另行报价。</w:t>
            </w:r>
          </w:p>
        </w:tc>
      </w:tr>
    </w:tbl>
    <w:p xmlns:wp14="http://schemas.microsoft.com/office/word/2010/wordml" w14:paraId="2946DB82" wp14:textId="77777777"/>
    <w:sectPr>
      <w:headerReference w:type="default" r:id="rId9"/>
      <w:footerReference w:type="default" r:id="rId10"/>
      <w:pgSz w:w="12240" w:h="15840" w:orient="portrait"/>
      <w:pgMar w:top="1080" w:right="893" w:bottom="475" w:left="893" w:header="115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6B699379" wp14:textId="77777777">
    <w:pPr>
      <w:pStyle w:val="Footer"/>
    </w:pPr>
    <w:r/>
  </w:p>
  <w:tbl>
    <w:tblPr>
      <w:tblW w:w="0" w:type="auto"/>
      <w:tblLook w:val="04A0" w:firstRow="1" w:lastRow="0" w:firstColumn="1" w:lastColumn="0" w:noHBand="0" w:noVBand="1"/>
      <w:jc w:val="center"/>
      <w:tblLayout w:type="fixed"/>
    </w:tblPr>
    <w:tblGrid>
      <w:gridCol w:w="5040"/>
      <w:gridCol w:w="5040"/>
    </w:tblGrid>
    <w:tr xmlns:wp14="http://schemas.microsoft.com/office/word/2010/wordml" w14:paraId="139D06A6" wp14:textId="77777777">
      <w:tc>
        <w:tcPr>
          <w:tcW w:w="8063" w:type="dxa"/>
          <w:tcBorders>
            <w:top w:val="single" w:color="D8E2E7" w:sz="3"/>
            <w:left w:val="nil"/>
            <w:bottom w:val="nil"/>
            <w:right w:val="nil"/>
          </w:tcBorders>
          <w:vAlign w:val="center"/>
        </w:tcPr>
        <w:p w14:paraId="5E8B3DC2" wp14:textId="77777777">
          <w:pPr>
            <w:spacing w:before="60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>OutsideAxis | 商业调研需求表 | OA-02</w:t>
          </w:r>
        </w:p>
      </w:tc>
      <w:tc>
        <w:tcPr>
          <w:tcW w:w="2015" w:type="dxa"/>
          <w:tcBorders>
            <w:top w:val="single" w:color="D8E2E7" w:sz="3"/>
            <w:left w:val="nil"/>
            <w:bottom w:val="nil"/>
            <w:right w:val="nil"/>
          </w:tcBorders>
          <w:vAlign w:val="center"/>
        </w:tcPr>
        <w:p w14:paraId="0FD2B6DA" wp14:textId="77777777">
          <w:pPr>
            <w:spacing w:before="60"/>
            <w:jc w:val="right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 xml:space="preserve">Page </w:t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fldChar w:fldCharType="begin"/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instrText xml:space="preserve">PAGE</w:instrText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a="http://schemas.openxmlformats.org/drawingml/2006/main" xmlns:pic="http://schemas.openxmlformats.org/drawingml/2006/picture" mc:Ignorable="w14 wp14">
  <w:p xmlns:wp14="http://schemas.microsoft.com/office/word/2010/wordml" w14:paraId="5997CC1D" wp14:textId="77777777">
    <w:pPr>
      <w:pStyle w:val="Header"/>
    </w:pPr>
    <w:r/>
  </w:p>
  <w:tbl>
    <w:tblPr>
      <w:tblW w:w="0" w:type="auto"/>
      <w:tblLook w:val="04A0" w:firstRow="1" w:lastRow="0" w:firstColumn="1" w:lastColumn="0" w:noHBand="0" w:noVBand="1"/>
      <w:jc w:val="center"/>
      <w:tblLayout w:type="fixed"/>
    </w:tblPr>
    <w:tblGrid>
      <w:gridCol w:w="3360"/>
      <w:gridCol w:w="3360"/>
      <w:gridCol w:w="3360"/>
    </w:tblGrid>
    <w:tr xmlns:wp14="http://schemas.microsoft.com/office/word/2010/wordml" w14:paraId="6345D10C" wp14:textId="77777777">
      <w:trPr>
        <w:trHeight w:val="1036" w:hRule="atLeast"/>
      </w:trPr>
      <w:tc>
        <w:tcPr>
          <w:tcW w:w="1800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110FFD37" wp14:textId="77777777">
          <w:pPr>
            <w:spacing w:before="0" w:after="0"/>
            <w:jc w:val="left"/>
          </w:pPr>
          <w:r>
            <w:drawing>
              <wp:inline xmlns:a="http://schemas.openxmlformats.org/drawingml/2006/main" xmlns:pic="http://schemas.openxmlformats.org/drawingml/2006/picture" xmlns:wp14="http://schemas.microsoft.com/office/word/2010/wordprocessingDrawing" wp14:anchorId="3DF682B5" wp14:editId="7777777">
                <wp:extent cx="987552" cy="74741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utsideaxis_logo_complete_for_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52" cy="74741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2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57717F62" wp14:textId="77777777">
          <w:pPr>
            <w:spacing w:before="0" w:after="0"/>
            <w:jc w:val="left"/>
          </w:pPr>
          <w:r>
            <w:rPr>
              <w:rFonts w:ascii="Arial" w:hAnsi="Arial" w:eastAsia="Noto Sans CJK SC"/>
              <w:b w:val="0"/>
              <w:color w:val="5B6775"/>
              <w:sz w:val="17"/>
              <w:noProof/>
            </w:rPr>
            <w:t>Business Research Intake</w:t>
          </w:r>
        </w:p>
      </w:tc>
      <w:tc>
        <w:tcPr>
          <w:tcW w:w="1728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70F32728" wp14:textId="77777777">
          <w:pPr>
            <w:spacing w:before="0" w:after="0"/>
            <w:jc w:val="right"/>
          </w:pPr>
          <w:r>
            <w:rPr>
              <w:rFonts w:ascii="Arial" w:hAnsi="Arial" w:eastAsia="Noto Sans CJK SC"/>
              <w:b/>
              <w:color w:val="5B6775"/>
              <w:sz w:val="17"/>
              <w:noProof/>
            </w:rPr>
            <w:t>OA-02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03AA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C83369CE-1B84-46B4-8B67-26AF9EEA49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0B12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146E8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header1.xml" Id="rId9" /><Relationship Type="http://schemas.openxmlformats.org/officeDocument/2006/relationships/footer" Target="footer1.xml" Id="rId10" 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 02 business research intake form.docx</dc:title>
  <dc:subject/>
  <dc:creator/>
  <keywords/>
  <dc:description>generated by python-docx</dc:description>
  <lastModifiedBy>ERIC LIU</lastModifiedBy>
  <revision>2</revision>
  <dcterms:created xsi:type="dcterms:W3CDTF">2013-12-23T23:15:00.0000000Z</dcterms:created>
  <dcterms:modified xsi:type="dcterms:W3CDTF">2026-07-01T05:08:53.6124649Z</dcterms:modified>
  <category/>
</coreProperties>
</file>